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FAEF" w14:textId="2840D83B" w:rsidR="00D64513" w:rsidRDefault="00201A4A">
      <w:pPr>
        <w:pStyle w:val="Nadpis1"/>
      </w:pPr>
      <w:proofErr w:type="spellStart"/>
      <w:r>
        <w:t>Formulář</w:t>
      </w:r>
      <w:proofErr w:type="spellEnd"/>
      <w:r>
        <w:t xml:space="preserve"> pro </w:t>
      </w:r>
      <w:proofErr w:type="spellStart"/>
      <w:r>
        <w:t>odstoupení</w:t>
      </w:r>
      <w:proofErr w:type="spellEnd"/>
      <w:r>
        <w:t xml:space="preserve"> od </w:t>
      </w:r>
      <w:proofErr w:type="spellStart"/>
      <w:r>
        <w:t>smlouvy</w:t>
      </w:r>
      <w:proofErr w:type="spellEnd"/>
    </w:p>
    <w:p w14:paraId="24CF9145" w14:textId="03C4B0D0" w:rsidR="00D64513" w:rsidRDefault="00201A4A">
      <w:proofErr w:type="spellStart"/>
      <w:r>
        <w:t>Adresát</w:t>
      </w:r>
      <w:proofErr w:type="spellEnd"/>
      <w:r>
        <w:t xml:space="preserve">: </w:t>
      </w:r>
      <w:proofErr w:type="spellStart"/>
      <w:r>
        <w:t>Omtigo</w:t>
      </w:r>
      <w:proofErr w:type="spellEnd"/>
      <w:r>
        <w:t xml:space="preserve"> </w:t>
      </w:r>
      <w:proofErr w:type="spellStart"/>
      <w:r>
        <w:t>s.r.o.</w:t>
      </w:r>
      <w:proofErr w:type="spellEnd"/>
      <w:r>
        <w:t xml:space="preserve"> / </w:t>
      </w:r>
      <w:proofErr w:type="spellStart"/>
      <w:r>
        <w:t>MedoSvit</w:t>
      </w:r>
      <w:proofErr w:type="spellEnd"/>
      <w:r>
        <w:t xml:space="preserve">, </w:t>
      </w:r>
      <w:proofErr w:type="spellStart"/>
      <w:r w:rsidR="00DF0DC3" w:rsidRPr="00DF0DC3">
        <w:t>Boršice</w:t>
      </w:r>
      <w:proofErr w:type="spellEnd"/>
      <w:r w:rsidR="00DF0DC3" w:rsidRPr="00DF0DC3">
        <w:t xml:space="preserve"> 527,687 09 </w:t>
      </w:r>
      <w:proofErr w:type="spellStart"/>
      <w:r w:rsidR="00DF0DC3" w:rsidRPr="00DF0DC3">
        <w:t>Boršice</w:t>
      </w:r>
      <w:proofErr w:type="spellEnd"/>
      <w:r>
        <w:t xml:space="preserve">, e-mail: </w:t>
      </w:r>
      <w:r w:rsidR="00DF0DC3">
        <w:t>info@medosvit.cz</w:t>
      </w:r>
      <w:r>
        <w:t>.</w:t>
      </w:r>
    </w:p>
    <w:p w14:paraId="4A04D3DD" w14:textId="77777777" w:rsidR="00D64513" w:rsidRDefault="00201A4A">
      <w:proofErr w:type="spellStart"/>
      <w:r>
        <w:t>Oznamuji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tímto</w:t>
      </w:r>
      <w:proofErr w:type="spellEnd"/>
      <w:r>
        <w:t xml:space="preserve"> </w:t>
      </w:r>
      <w:proofErr w:type="spellStart"/>
      <w:r>
        <w:t>odstupuji</w:t>
      </w:r>
      <w:proofErr w:type="spellEnd"/>
      <w:r>
        <w:t xml:space="preserve"> od </w:t>
      </w:r>
      <w:proofErr w:type="spellStart"/>
      <w:r>
        <w:t>kupní</w:t>
      </w:r>
      <w:proofErr w:type="spellEnd"/>
      <w:r>
        <w:t xml:space="preserve"> </w:t>
      </w:r>
      <w:proofErr w:type="spellStart"/>
      <w:r>
        <w:t>smlouvy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níže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zboží</w:t>
      </w:r>
      <w:proofErr w:type="spellEnd"/>
      <w:r>
        <w:t>:</w:t>
      </w:r>
    </w:p>
    <w:p w14:paraId="3640B049" w14:textId="77777777" w:rsidR="00D64513" w:rsidRDefault="00201A4A">
      <w:proofErr w:type="spellStart"/>
      <w:r>
        <w:t>Zboží</w:t>
      </w:r>
      <w:proofErr w:type="spellEnd"/>
      <w:r>
        <w:t>: _____________________________________________________________</w:t>
      </w:r>
    </w:p>
    <w:p w14:paraId="6AB7A2AE" w14:textId="77777777" w:rsidR="00D64513" w:rsidRDefault="00201A4A">
      <w:proofErr w:type="spellStart"/>
      <w:r>
        <w:t>Číslo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>: __________________________________________________</w:t>
      </w:r>
    </w:p>
    <w:p w14:paraId="21E8D5F6" w14:textId="77777777" w:rsidR="00D64513" w:rsidRDefault="00201A4A">
      <w:r>
        <w:t xml:space="preserve">Datum </w:t>
      </w:r>
      <w:proofErr w:type="spellStart"/>
      <w:r>
        <w:t>objednání</w:t>
      </w:r>
      <w:proofErr w:type="spellEnd"/>
      <w:r>
        <w:t xml:space="preserve"> / datum </w:t>
      </w:r>
      <w:proofErr w:type="spellStart"/>
      <w:r>
        <w:t>převzetí</w:t>
      </w:r>
      <w:proofErr w:type="spellEnd"/>
      <w:r>
        <w:t>: __________________________________</w:t>
      </w:r>
    </w:p>
    <w:p w14:paraId="7C6515A8" w14:textId="77777777" w:rsidR="00D64513" w:rsidRDefault="00201A4A">
      <w:proofErr w:type="spellStart"/>
      <w:r>
        <w:t>Jméno</w:t>
      </w:r>
      <w:proofErr w:type="spellEnd"/>
      <w:r>
        <w:t xml:space="preserve"> a </w:t>
      </w:r>
      <w:proofErr w:type="spellStart"/>
      <w:r>
        <w:t>příjmení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: _____________________________________</w:t>
      </w:r>
    </w:p>
    <w:p w14:paraId="4CFCBF53" w14:textId="77777777" w:rsidR="00D64513" w:rsidRDefault="00201A4A">
      <w:proofErr w:type="spellStart"/>
      <w:r>
        <w:t>Adresa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: ______________________________________________</w:t>
      </w:r>
    </w:p>
    <w:p w14:paraId="17449F35" w14:textId="77777777" w:rsidR="00D64513" w:rsidRDefault="00201A4A">
      <w:r>
        <w:t>E-mail: ____________________________________________________________</w:t>
      </w:r>
    </w:p>
    <w:p w14:paraId="3E9C75BE" w14:textId="77777777" w:rsidR="00D64513" w:rsidRDefault="00201A4A">
      <w:proofErr w:type="spellStart"/>
      <w:r>
        <w:t>Číslo</w:t>
      </w:r>
      <w:proofErr w:type="spellEnd"/>
      <w:r>
        <w:t xml:space="preserve"> </w:t>
      </w:r>
      <w:proofErr w:type="spellStart"/>
      <w:r>
        <w:t>účtu</w:t>
      </w:r>
      <w:proofErr w:type="spellEnd"/>
      <w:r>
        <w:t xml:space="preserve"> (</w:t>
      </w:r>
      <w:proofErr w:type="spellStart"/>
      <w:r>
        <w:t>jen</w:t>
      </w:r>
      <w:proofErr w:type="spellEnd"/>
      <w:r>
        <w:t xml:space="preserve"> </w:t>
      </w:r>
      <w:proofErr w:type="spellStart"/>
      <w:r>
        <w:t>pokud</w:t>
      </w:r>
      <w:proofErr w:type="spellEnd"/>
      <w:r>
        <w:t xml:space="preserve"> je </w:t>
      </w:r>
      <w:proofErr w:type="spellStart"/>
      <w:r>
        <w:t>dohodnuto</w:t>
      </w:r>
      <w:proofErr w:type="spellEnd"/>
      <w:r>
        <w:t xml:space="preserve">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vrácení</w:t>
      </w:r>
      <w:proofErr w:type="spellEnd"/>
      <w:r>
        <w:t xml:space="preserve"> </w:t>
      </w:r>
      <w:proofErr w:type="spellStart"/>
      <w:r>
        <w:t>platby</w:t>
      </w:r>
      <w:proofErr w:type="spellEnd"/>
      <w:r>
        <w:t>): _____________</w:t>
      </w:r>
    </w:p>
    <w:p w14:paraId="135DCA6D" w14:textId="77777777" w:rsidR="00D64513" w:rsidRDefault="00201A4A">
      <w:r>
        <w:t>Datum: _________________</w:t>
      </w:r>
      <w:proofErr w:type="gramStart"/>
      <w:r>
        <w:t xml:space="preserve">_  </w:t>
      </w:r>
      <w:proofErr w:type="spellStart"/>
      <w:r>
        <w:t>Podpis</w:t>
      </w:r>
      <w:proofErr w:type="spellEnd"/>
      <w:proofErr w:type="gramEnd"/>
      <w:r>
        <w:t xml:space="preserve"> (</w:t>
      </w:r>
      <w:proofErr w:type="spellStart"/>
      <w:r>
        <w:t>při</w:t>
      </w:r>
      <w:proofErr w:type="spellEnd"/>
      <w:r>
        <w:t xml:space="preserve"> </w:t>
      </w:r>
      <w:proofErr w:type="spellStart"/>
      <w:r>
        <w:t>listinném</w:t>
      </w:r>
      <w:proofErr w:type="spellEnd"/>
      <w:r>
        <w:t xml:space="preserve"> </w:t>
      </w:r>
      <w:proofErr w:type="spellStart"/>
      <w:r>
        <w:t>podání</w:t>
      </w:r>
      <w:proofErr w:type="spellEnd"/>
      <w:r>
        <w:t>): ______________</w:t>
      </w:r>
    </w:p>
    <w:p w14:paraId="102B6741" w14:textId="77777777" w:rsidR="00D64513" w:rsidRDefault="00201A4A">
      <w:proofErr w:type="spellStart"/>
      <w:r>
        <w:t>Formulář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zaslat</w:t>
      </w:r>
      <w:proofErr w:type="spellEnd"/>
      <w:r>
        <w:t xml:space="preserve"> e-</w:t>
      </w:r>
      <w:proofErr w:type="spellStart"/>
      <w:r>
        <w:t>mailem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poštou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nutné</w:t>
      </w:r>
      <w:proofErr w:type="spellEnd"/>
      <w:r>
        <w:t xml:space="preserve"> </w:t>
      </w:r>
      <w:proofErr w:type="spellStart"/>
      <w:r>
        <w:t>uvádět</w:t>
      </w:r>
      <w:proofErr w:type="spellEnd"/>
      <w:r>
        <w:t xml:space="preserve"> </w:t>
      </w:r>
      <w:proofErr w:type="spellStart"/>
      <w:r>
        <w:t>důvod</w:t>
      </w:r>
      <w:proofErr w:type="spellEnd"/>
      <w:r>
        <w:t xml:space="preserve"> </w:t>
      </w:r>
      <w:proofErr w:type="spellStart"/>
      <w:r>
        <w:t>odstoupení</w:t>
      </w:r>
      <w:proofErr w:type="spellEnd"/>
      <w:r>
        <w:t xml:space="preserve">.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odstoupení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zákonem</w:t>
      </w:r>
      <w:proofErr w:type="spellEnd"/>
      <w:r>
        <w:t xml:space="preserve"> a </w:t>
      </w:r>
      <w:proofErr w:type="spellStart"/>
      <w:r>
        <w:t>článkem</w:t>
      </w:r>
      <w:proofErr w:type="spellEnd"/>
      <w:r>
        <w:t xml:space="preserve"> 7 </w:t>
      </w:r>
      <w:proofErr w:type="spellStart"/>
      <w:r>
        <w:t>obchodních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>.</w:t>
      </w:r>
    </w:p>
    <w:sectPr w:rsidR="00D64513" w:rsidSect="00034616">
      <w:footerReference w:type="default" r:id="rId8"/>
      <w:pgSz w:w="11906" w:h="16838"/>
      <w:pgMar w:top="1247" w:right="1332" w:bottom="1134" w:left="13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6CAF3" w14:textId="77777777" w:rsidR="00120D9E" w:rsidRDefault="00120D9E">
      <w:pPr>
        <w:spacing w:after="0" w:line="240" w:lineRule="auto"/>
      </w:pPr>
      <w:r>
        <w:separator/>
      </w:r>
    </w:p>
  </w:endnote>
  <w:endnote w:type="continuationSeparator" w:id="0">
    <w:p w14:paraId="7E95A2D1" w14:textId="77777777" w:rsidR="00120D9E" w:rsidRDefault="00120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1DD3D" w14:textId="77777777" w:rsidR="00D64513" w:rsidRDefault="00201A4A">
    <w:pPr>
      <w:pStyle w:val="Zpat"/>
      <w:jc w:val="center"/>
    </w:pPr>
    <w:proofErr w:type="spellStart"/>
    <w:proofErr w:type="gramStart"/>
    <w:r>
      <w:rPr>
        <w:color w:val="787878"/>
        <w:sz w:val="16"/>
      </w:rPr>
      <w:t>MedoSvit</w:t>
    </w:r>
    <w:proofErr w:type="spellEnd"/>
    <w:r>
      <w:rPr>
        <w:color w:val="787878"/>
        <w:sz w:val="16"/>
      </w:rPr>
      <w:t xml:space="preserve">  •</w:t>
    </w:r>
    <w:proofErr w:type="gramEnd"/>
    <w:r>
      <w:rPr>
        <w:color w:val="787878"/>
        <w:sz w:val="16"/>
      </w:rPr>
      <w:t xml:space="preserve">  </w:t>
    </w:r>
    <w:proofErr w:type="spellStart"/>
    <w:r>
      <w:rPr>
        <w:color w:val="787878"/>
        <w:sz w:val="16"/>
      </w:rPr>
      <w:t>Všeobecné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obchodní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podmínky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37B1" w14:textId="77777777" w:rsidR="00120D9E" w:rsidRDefault="00120D9E">
      <w:pPr>
        <w:spacing w:after="0" w:line="240" w:lineRule="auto"/>
      </w:pPr>
      <w:r>
        <w:separator/>
      </w:r>
    </w:p>
  </w:footnote>
  <w:footnote w:type="continuationSeparator" w:id="0">
    <w:p w14:paraId="1E533F7D" w14:textId="77777777" w:rsidR="00120D9E" w:rsidRDefault="00120D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4667988">
    <w:abstractNumId w:val="8"/>
  </w:num>
  <w:num w:numId="2" w16cid:durableId="1247423663">
    <w:abstractNumId w:val="6"/>
  </w:num>
  <w:num w:numId="3" w16cid:durableId="877359234">
    <w:abstractNumId w:val="5"/>
  </w:num>
  <w:num w:numId="4" w16cid:durableId="612057059">
    <w:abstractNumId w:val="4"/>
  </w:num>
  <w:num w:numId="5" w16cid:durableId="1816559147">
    <w:abstractNumId w:val="7"/>
  </w:num>
  <w:num w:numId="6" w16cid:durableId="1271206280">
    <w:abstractNumId w:val="3"/>
  </w:num>
  <w:num w:numId="7" w16cid:durableId="1222711500">
    <w:abstractNumId w:val="2"/>
  </w:num>
  <w:num w:numId="8" w16cid:durableId="1127819052">
    <w:abstractNumId w:val="1"/>
  </w:num>
  <w:num w:numId="9" w16cid:durableId="2011252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D9E"/>
    <w:rsid w:val="0015074B"/>
    <w:rsid w:val="001B2C50"/>
    <w:rsid w:val="00201A4A"/>
    <w:rsid w:val="0029639D"/>
    <w:rsid w:val="00326F90"/>
    <w:rsid w:val="0096433A"/>
    <w:rsid w:val="00AA1D8D"/>
    <w:rsid w:val="00AA7992"/>
    <w:rsid w:val="00B47730"/>
    <w:rsid w:val="00C07207"/>
    <w:rsid w:val="00CB0664"/>
    <w:rsid w:val="00D64513"/>
    <w:rsid w:val="00DD37DB"/>
    <w:rsid w:val="00DF0DC3"/>
    <w:rsid w:val="00EE5E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EA1C4"/>
  <w14:defaultImageDpi w14:val="300"/>
  <w15:docId w15:val="{2585CFF6-EDAC-4DBB-9E4C-C16B3594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20" w:line="271" w:lineRule="auto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/>
      <w:b/>
      <w:bCs/>
      <w:color w:val="394D4D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300" w:after="140"/>
      <w:outlineLvl w:val="1"/>
    </w:pPr>
    <w:rPr>
      <w:rFonts w:asciiTheme="majorHAnsi" w:eastAsiaTheme="majorEastAsia" w:hAnsiTheme="majorHAnsi" w:cstheme="majorBidi"/>
      <w:b/>
      <w:bCs/>
      <w:color w:val="394D4D"/>
      <w:sz w:val="21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300" w:after="140" w:line="240" w:lineRule="auto"/>
      <w:contextualSpacing/>
    </w:pPr>
    <w:rPr>
      <w:rFonts w:asciiTheme="majorHAnsi" w:eastAsiaTheme="majorEastAsia" w:hAnsiTheme="majorHAnsi" w:cstheme="majorBidi"/>
      <w:b/>
      <w:color w:val="282D35"/>
      <w:spacing w:val="5"/>
      <w:kern w:val="28"/>
      <w:sz w:val="3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Prokešová</cp:lastModifiedBy>
  <cp:revision>4</cp:revision>
  <dcterms:created xsi:type="dcterms:W3CDTF">2013-12-23T23:15:00Z</dcterms:created>
  <dcterms:modified xsi:type="dcterms:W3CDTF">2026-10-27T11:20:00Z</dcterms:modified>
  <cp:category/>
</cp:coreProperties>
</file>